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A8" w:rsidRDefault="00E14925">
      <w:pPr>
        <w:jc w:val="center"/>
      </w:pPr>
      <w:r>
        <w:rPr>
          <w:b/>
          <w:sz w:val="26"/>
        </w:rPr>
        <w:t>OZNÁMENIE O REŽIME, PODĽA KTORÉHO MATERSKÁ ŠKOLA POSTUPUJE</w:t>
      </w:r>
      <w:r>
        <w:rPr>
          <w:b/>
          <w:sz w:val="26"/>
        </w:rPr>
        <w:br/>
        <w:t>PRI OSPRAVEDLŇOVANÍ NEPRÍTOMNOSTI DIEŤAŤA Z DÔVODU OCHORENIA ALEBO ÚRAZU</w:t>
      </w:r>
    </w:p>
    <w:p w:rsidR="001151A8" w:rsidRDefault="00E14925">
      <w:pPr>
        <w:spacing w:after="40"/>
      </w:pPr>
      <w:r>
        <w:rPr>
          <w:b/>
        </w:rPr>
        <w:t xml:space="preserve">Materská škola: </w:t>
      </w:r>
      <w:r>
        <w:t>Materská škola Bernolákova 252, Námestovo</w:t>
      </w:r>
    </w:p>
    <w:p w:rsidR="001151A8" w:rsidRDefault="00E14925">
      <w:pPr>
        <w:spacing w:after="160"/>
      </w:pPr>
      <w:r>
        <w:rPr>
          <w:b/>
        </w:rPr>
        <w:t xml:space="preserve">Školský rok: </w:t>
      </w:r>
      <w:r>
        <w:t>2026/2027</w:t>
      </w:r>
    </w:p>
    <w:p w:rsidR="001151A8" w:rsidRDefault="00E14925">
      <w:r>
        <w:rPr>
          <w:b/>
          <w:sz w:val="24"/>
        </w:rPr>
        <w:t xml:space="preserve">Oznámenie zákonným zástupcom a zástupcom </w:t>
      </w:r>
      <w:r>
        <w:rPr>
          <w:b/>
          <w:sz w:val="24"/>
        </w:rPr>
        <w:t>zariadení</w:t>
      </w:r>
    </w:p>
    <w:p w:rsidR="001151A8" w:rsidRDefault="00E14925">
      <w:pPr>
        <w:spacing w:after="160"/>
        <w:jc w:val="both"/>
      </w:pPr>
      <w:r>
        <w:t xml:space="preserve">Materská škola oznamuje zákonným zástupcom detí a zástupcom zariadení, že pri ospravedlňovaní neprítomnosti dieťaťa plniaceho povinné predprimárne vzdelávanie z dôvodu ochorenia alebo úrazu postupuje od </w:t>
      </w:r>
      <w:r>
        <w:rPr>
          <w:b/>
        </w:rPr>
        <w:t>1. septembra 2026</w:t>
      </w:r>
      <w:r>
        <w:t xml:space="preserve"> v </w:t>
      </w:r>
    </w:p>
    <w:p w:rsidR="001151A8" w:rsidRDefault="00E14925">
      <w:pPr>
        <w:spacing w:after="40"/>
        <w:ind w:left="283"/>
      </w:pPr>
      <w:r>
        <w:rPr>
          <w:b/>
        </w:rPr>
        <w:t>☒</w:t>
      </w:r>
      <w:r>
        <w:rPr>
          <w:b/>
        </w:rPr>
        <w:t xml:space="preserve"> PRÍSNEJŠOM REŽIME OS</w:t>
      </w:r>
      <w:r>
        <w:rPr>
          <w:b/>
        </w:rPr>
        <w:t>PRAVEDLŇOVANIA podľa § 144 ods. 12 školského zákona.</w:t>
      </w:r>
    </w:p>
    <w:p w:rsidR="001151A8" w:rsidRDefault="00E14925">
      <w:pPr>
        <w:spacing w:after="120"/>
        <w:ind w:left="283"/>
      </w:pPr>
      <w:r>
        <w:t>☐</w:t>
      </w:r>
      <w:r>
        <w:t xml:space="preserve"> miernejšom režime ospravedlňovania podľa § 144 ods. 16 školského zákona.</w:t>
      </w:r>
    </w:p>
    <w:p w:rsidR="001151A8" w:rsidRDefault="00E14925">
      <w:r>
        <w:rPr>
          <w:b/>
          <w:sz w:val="24"/>
        </w:rPr>
        <w:t>Prísnejší režim ospravedlňovania</w:t>
      </w:r>
    </w:p>
    <w:p w:rsidR="001151A8" w:rsidRDefault="00E14925">
      <w:pPr>
        <w:jc w:val="both"/>
      </w:pPr>
      <w:r>
        <w:t>Ak materská škola postupuje v prísnejšom režime ospravedlňovania, potvrdenie od lekára sa nevyž</w:t>
      </w:r>
      <w:r>
        <w:t>aduje, ak neprítomnosť dieťaťa z dôvodu ochorenia alebo úrazu trvá:</w:t>
      </w:r>
    </w:p>
    <w:p w:rsidR="001151A8" w:rsidRDefault="00E14925">
      <w:pPr>
        <w:spacing w:after="40"/>
        <w:ind w:left="283"/>
        <w:jc w:val="both"/>
      </w:pPr>
      <w:r>
        <w:t xml:space="preserve">a) najviac </w:t>
      </w:r>
      <w:r>
        <w:rPr>
          <w:b/>
        </w:rPr>
        <w:t>7 po sebe nasledujúcich vyučovacích dní</w:t>
      </w:r>
      <w:r>
        <w:t>, a zároveň</w:t>
      </w:r>
    </w:p>
    <w:p w:rsidR="001151A8" w:rsidRDefault="00E14925">
      <w:pPr>
        <w:spacing w:after="120"/>
        <w:ind w:left="283"/>
        <w:jc w:val="both"/>
      </w:pPr>
      <w:r>
        <w:t xml:space="preserve">b) súhrnne počas polroka školského roka najviac </w:t>
      </w:r>
      <w:r>
        <w:rPr>
          <w:b/>
        </w:rPr>
        <w:t>21 vyučovacích dní.</w:t>
      </w:r>
    </w:p>
    <w:p w:rsidR="001151A8" w:rsidRDefault="00E14925">
      <w:pPr>
        <w:spacing w:after="160"/>
        <w:jc w:val="both"/>
      </w:pPr>
      <w:r>
        <w:t>Ak neprítomnosť dieťaťa z dôvodu ochorenia alebo úrazu pre</w:t>
      </w:r>
      <w:r>
        <w:t>siahne uvedený rozsah vyučovacích dní, materská škola vyžaduje potvrdenie od lekára.</w:t>
      </w:r>
    </w:p>
    <w:p w:rsidR="001151A8" w:rsidRDefault="00E14925">
      <w:r>
        <w:rPr>
          <w:b/>
          <w:sz w:val="24"/>
        </w:rPr>
        <w:t>Dôležité upozornenie</w:t>
      </w:r>
    </w:p>
    <w:p w:rsidR="001151A8" w:rsidRDefault="00E14925">
      <w:pPr>
        <w:spacing w:after="160"/>
        <w:jc w:val="both"/>
      </w:pPr>
      <w:r>
        <w:t>Toto oznámenie sa týka ospravedlňovania neprítomnosti detí, ktoré plnia povinné predprimárne vzdelávanie. Zákonný zástupca je povinný oznámiť materske</w:t>
      </w:r>
      <w:r>
        <w:t>j škole dôvod neprítomnosti dieťaťa v súlade so školským poriadkom a vnútornými pravidlami materskej školy.</w:t>
      </w:r>
    </w:p>
    <w:p w:rsidR="001151A8" w:rsidRDefault="00E14925">
      <w:pPr>
        <w:spacing w:before="160"/>
      </w:pPr>
      <w:r>
        <w:t>V Námestove dňa 21. augusta 2026</w:t>
      </w:r>
    </w:p>
    <w:p w:rsidR="001151A8" w:rsidRDefault="00E14925">
      <w:pPr>
        <w:spacing w:before="400"/>
        <w:jc w:val="right"/>
      </w:pPr>
      <w:r>
        <w:rPr>
          <w:b/>
        </w:rPr>
        <w:t>Bc. Eva Jagelková</w:t>
      </w:r>
      <w:r>
        <w:rPr>
          <w:b/>
        </w:rPr>
        <w:br/>
        <w:t>riaditeľka materskej školy</w:t>
      </w:r>
    </w:p>
    <w:p w:rsidR="001151A8" w:rsidRDefault="00E14925">
      <w:pPr>
        <w:spacing w:before="240" w:after="0"/>
        <w:jc w:val="both"/>
      </w:pPr>
      <w:r>
        <w:rPr>
          <w:i/>
          <w:sz w:val="16"/>
        </w:rPr>
        <w:t>Oznámenie je spracované podľa vzoru Ministerstva školstva, výskumu, vý</w:t>
      </w:r>
      <w:r>
        <w:rPr>
          <w:i/>
          <w:sz w:val="16"/>
        </w:rPr>
        <w:t>voja a mládeže SR.</w:t>
      </w:r>
    </w:p>
    <w:sectPr w:rsidR="001151A8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151A8"/>
    <w:rsid w:val="0015074B"/>
    <w:rsid w:val="0029639D"/>
    <w:rsid w:val="00326F90"/>
    <w:rsid w:val="00AA1D8D"/>
    <w:rsid w:val="00B47730"/>
    <w:rsid w:val="00CB0664"/>
    <w:rsid w:val="00E14925"/>
    <w:rsid w:val="00EC3CDB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5DE9FE-51C3-4863-B877-0946FD905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2026-08-21T09:20:00Z</dcterms:created>
  <dcterms:modified xsi:type="dcterms:W3CDTF">2026-08-21T09:20:00Z</dcterms:modified>
</cp:coreProperties>
</file>