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A41" w:rsidRDefault="00C73DA7">
      <w:pPr>
        <w:jc w:val="center"/>
        <w:rPr>
          <w:rFonts w:hint="eastAsia"/>
        </w:rPr>
      </w:pPr>
      <w:r>
        <w:rPr>
          <w:b/>
          <w:sz w:val="32"/>
        </w:rPr>
        <w:t>DODATOK K PLNOMOCENSTVU</w:t>
      </w:r>
    </w:p>
    <w:p w:rsidR="000D5A41" w:rsidRDefault="000D5A41">
      <w:pPr>
        <w:rPr>
          <w:rFonts w:hint="eastAsia"/>
        </w:rPr>
      </w:pPr>
    </w:p>
    <w:p w:rsidR="000D5A41" w:rsidRDefault="00C73DA7">
      <w:pPr>
        <w:rPr>
          <w:rFonts w:hint="eastAsia"/>
        </w:rPr>
      </w:pPr>
      <w:r>
        <w:rPr>
          <w:b/>
        </w:rPr>
        <w:t xml:space="preserve">Meno a priezvisko dieťaťa: </w:t>
      </w:r>
      <w:r>
        <w:t>................................................................................</w:t>
      </w:r>
    </w:p>
    <w:p w:rsidR="000D5A41" w:rsidRDefault="000D5A41">
      <w:pPr>
        <w:rPr>
          <w:rFonts w:hint="eastAsia"/>
        </w:rPr>
      </w:pPr>
    </w:p>
    <w:p w:rsidR="000D5A41" w:rsidRDefault="00C73DA7">
      <w:pPr>
        <w:rPr>
          <w:rFonts w:hint="eastAsia"/>
        </w:rPr>
      </w:pPr>
      <w:r>
        <w:t xml:space="preserve">Potvrdzujem, že údaje a splnomocnené osoby uvedené v pôvodnom plnomocenstve </w:t>
      </w:r>
      <w:r>
        <w:t>zostávajú nezmenené a toto plnomocenstvo je platné od 1. septembra 2026 na dobu neurčitú, až do jeho odvolania alebo zmeny.</w:t>
      </w:r>
    </w:p>
    <w:p w:rsidR="000D5A41" w:rsidRDefault="00C73DA7">
      <w:pPr>
        <w:rPr>
          <w:rFonts w:hint="eastAsia"/>
        </w:rPr>
      </w:pPr>
      <w:r>
        <w:rPr>
          <w:b/>
        </w:rPr>
        <w:t xml:space="preserve">V prípade akejkoľvek zmeny je zákonný zástupca povinný túto zmenu bezodkladne oznámiť materskej škole a podľa potreby údaje doplniť </w:t>
      </w:r>
      <w:r>
        <w:rPr>
          <w:b/>
        </w:rPr>
        <w:t>alebo predložiť nové plnomocenstvo.</w:t>
      </w:r>
    </w:p>
    <w:p w:rsidR="000D5A41" w:rsidRDefault="000D5A41">
      <w:pPr>
        <w:rPr>
          <w:rFonts w:hint="eastAsia"/>
        </w:rPr>
      </w:pPr>
    </w:p>
    <w:p w:rsidR="000D5A41" w:rsidRDefault="00C73DA7">
      <w:pPr>
        <w:rPr>
          <w:rFonts w:hint="eastAsia"/>
        </w:rPr>
      </w:pPr>
      <w:r>
        <w:t>V .................................................. dňa ........................................</w:t>
      </w:r>
    </w:p>
    <w:p w:rsidR="000D5A41" w:rsidRDefault="000D5A41">
      <w:pPr>
        <w:rPr>
          <w:rFonts w:hint="eastAsia"/>
        </w:rPr>
      </w:pPr>
    </w:p>
    <w:p w:rsidR="000D5A41" w:rsidRDefault="00C73DA7">
      <w:pPr>
        <w:jc w:val="right"/>
        <w:rPr>
          <w:rFonts w:hint="eastAsia"/>
        </w:rPr>
      </w:pPr>
      <w:r>
        <w:t>.................................................................</w:t>
      </w:r>
      <w:r>
        <w:br/>
        <w:t>podpis zákonného zástupcu</w:t>
      </w:r>
    </w:p>
    <w:sectPr w:rsidR="000D5A41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pto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0D5A41"/>
    <w:rsid w:val="0015074B"/>
    <w:rsid w:val="0029639D"/>
    <w:rsid w:val="00326F90"/>
    <w:rsid w:val="00AA1D8D"/>
    <w:rsid w:val="00B47730"/>
    <w:rsid w:val="00C73DA7"/>
    <w:rsid w:val="00CB0664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693F"/>
    <w:rPr>
      <w:rFonts w:ascii="Aptos" w:hAnsi="Aptos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DB20424-1EED-4235-A75E-BF49CA687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2</cp:revision>
  <dcterms:created xsi:type="dcterms:W3CDTF">2026-08-20T05:58:00Z</dcterms:created>
  <dcterms:modified xsi:type="dcterms:W3CDTF">2026-08-20T05:58:00Z</dcterms:modified>
</cp:coreProperties>
</file>